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רכזת חברתית: בונים כיתה מגובשת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אצל התלמידים תחושת שייכות ושיתוף פעולה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וערכים מרכזיים: גיבוש, פיוס, הכלה, זיכרון, כבוד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ועבודה קבוצתית סביב מועדי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 של הקשבה לאחר ושיתוף מתוך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מכירים ומתגבשים – היכרות עם משחקי הגיבוש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לפתור יחד בעיה בלי להשתמש בידיים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בפנים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מכירים ומתגבשים – התאמת משחק למטרה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(להקשיב ולתאם פעולה בלי לגעת)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(עבודת צוות, ניסוי וטעייה וחגיגה של מאמץ)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מכירים ומתגבשים – חושבים לעומק על הגיבוש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שהמשחק דורש הקשבה ותיאום בלי מגע, מה שבונה אמון ושיתוף פעולה בין התלמידים.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פותחים שנה: שייכות ומשאלות – זיהוי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מברכת כל תלמיד בשמו ובחיוך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תפוח נייר עם משאלה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בינגו היכרות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פותחים שנה: שייכות ומשאלות – השלמה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פותחים שנה: שייכות ומשאלות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(תפוח נייר עם משאלה אחת לשנה)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(ברכה לעצמי שנפתחת בסוף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(איפה אני עכשיו ולאן רוצה להגיע)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(לומדים לומר שלום ותודה בשפות שונות)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לומדים לסלוח ולהתפייס – מכירים את דרכי הפיוס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מטרת פעילות יונת השלום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בפעילות, ואז מתרגלים משפטי פיוס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בסולם הסליחה יש ארבעה שלבים: להבין, להודות, לבקש, לתקן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לומדים לסלוח ולהתפייס – מתרגלים את שלבי הפיוס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(לחשוב מה קרה ולמה זה 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(להגיד שטעיתי ולקחת אחריות)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(לבקש סליחה מהצד השני)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לומדים לסלוח ולהתפייס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פתוחה, יש לקבל נימוק הגיוני, למשל שסליחה היא בחירה אישית ולא חובה אוטומטית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מכבדים את השונות וההכלה – היכרות עם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היום נקרא גם יום ההכלה ועוסק בהכלה, נגישות וכבוד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המטרה היא לראות את האדם לפני המוגבלות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מכבדים את השונות וההכלה – מה עושים ביום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לראות את האדם לפני המוגבלות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מכבדים את השונות וההכלה – השלמות ופעילויות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מכבדים את השונות וההכלה – התאמה בין פעילות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(סבב אני טוב ב... וקשה לי ב...)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(סיפור על צמחים שצריכים דברים שונים כדי לפרוח)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(בודקים מעלית, רמפה ושלט גדול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(לומדים סימנים כמו שלום ותודה)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זוכרים בכבוד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הפעילויות העדינות המוצעות ליום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מחברים בין הזיכרון לתקווה ולטוב שבאדם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בכיתה מדליקים נר חשמלי מטעמי 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זוכרים בכבוד – מתאימים פעילות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(מניחים בפינה שקטה ליד נר חשמלי)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(סיפור פשוט על עזרה וחברות)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(מתאימה לגיל הצעיר, בלי פרטים קשים)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זוכרים בכבוד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ועדין הקשור לזיכרון או לתקווה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קיר הכיתה שלנו וסוגרים שנה – זיהוי ושינון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חודשי יום הולדת ובלונים לשמות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קיר הכיתה שלנו וסוגרים שנה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הקיר כולל תבניות צבעוניות כמו כרטיסי ברכה, כותרות ומשפטי השראה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אחד מקבל תעודה – אף אחד לא נשאר בלי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קיר הכיתה שלנו וסוגרים שנה – השלמות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קבלה של השונה והתייחסות לפי יכולת ולא לפי מגבלה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הגיוני כלשהו (להבין, להודות, לבקש, לתקן) גם אם לא מדויק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קונקרטית מחיי הכיתה שמראה הבנה ולא רק 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לאורך השנה – כל פרק בסמוך למועד המתאים בלוח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להקפיד להזכיר בכל פעילות שיתוף שהוא תמיד לפי בחירה,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הניסוח והיקף הכתיבה לפי שכבת הגיל (א׳–ג׳ מול ד׳–ו׳)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או עם צרכים מיוחדים אפשר להוסיף תמיכה חזותית או מילים בשפת האם, כפי שמוצע בכל ערכה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רכזת חברתית: בונים כיתה מגובשת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תמצאו דפי עבודה שמלווים את מועדי השנה ואת הפעילויות הכיתתיות שלכם. אפשר לעבוד לבד, בזוגות או בקבוצה קטנה. זכרו: בכל פעילות שיתוף הוא תמיד לפי בחירה.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עצות  ·  חפץ  ·  אות  ·  קשה  ·  אחר  ·  פרחים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מכירים ומתגבשים – היכרות עם משחקי הגיבוש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משחק "הקשר האנושי"?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לרוץ הכי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לפתור יחד בעיה בלי להשתמש בידיים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לצייר תמונה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אורך בדרך כלל משחק "המגדל הגבוה"?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באילו מקומות אפשר לשחק את "הגשר מנייר"?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בחוץ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בחצר הספורט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מכירים ומתגבשים – התאמת משחק למטרה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הקשר האנושי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עבודת צוות, ניסוי וטעייה וחגיגה של מאמץ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המגדל הגבוה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להקשיב ולתאם פעולה בלי לגעת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מכירים ומתגבשים – חושבים לעומק על הגיבוש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משחק כמו "הקשר האנושי" עוזר לכיתה להתגבש.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פותחים שנה: שייכות ומשאלות – זיהוי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בשלב קבלת הפנים בדלת ביום הראשון, מה המחנכת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מחלקת מבחן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מברכת כל תלמיד בשמו ובחיוך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שולחת את התלמידים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בפעילות עץ המשאלות הכיתתי (יסודי א-ג), מה כל ילד מכין?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תפוח נייר עם משאלה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מכתב ארוך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כרטיס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נקרא המשחק שבו מחפשים בכיתה מישהו שאוהב חתולים או נולד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חידון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בינגו היכרות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איש תלוי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פותחים שנה: שייכות ומשאלות – השלמה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במזוודת הסיפורים (יום העלייה, יסודי א-ג), כל ילד מצייר __________ שהיה לוקח איתו למקום 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בפעילות שם ותכונה, כל אחד אומר תכונה טובה שמתחילה באותה __________ כמו השם שלו.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פותחים שנה: שייכות ומשאלות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עץ המשאלות הכיתתי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איפה אני עכשיו ולאן רוצה להגיע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כרטיס ברכה לעצמי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לומדים לומר שלום ותודה בשפות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מפת דרכים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ברכה לעצמי שנפתחת בסוף השנה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שלום בהרבה שפות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תפוח נייר עם משאלה אחת לשנה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לומדים לסלוח ולהתפייס – מכירים את דרכי הפיוס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ביונת השלום כל ילד כותב או מצייר דרך אחת להשלים עם 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בתיבת 'בואו נשלים' מקריאים סיפור קצר על שני חברים שרבו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בסולם הסליחה יש רק שני שלבים: לבקש ולסלוח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לומדים לסלוח ולהתפייס – מתרגלים את שלבי הפיוס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להבין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להגיד שטעיתי ולקחת 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להודות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לבקש סליחה מהצד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לבקש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לחשוב מה קרה ולמה זה 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לומדים לסלוח ולהתפייס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האם לדעתכם תמיד צריך לסלוח? 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מכבדים את השונות וההכלה – היכרות עם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היום הבינלאומי לאנשים עם מוגבלות עוסק בהכלה ובכבוד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מטרת היום היא להתמקד רק במוגבלות של האדם ולא לראות אותו 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מכבדים את השונות וההכלה – מה עושים ביום הזה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אחת ממטרות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לבדוק מי הכי מהיר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לראות את האדם לפני המוגבלות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לתת ציונים לתלמידים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סימנים בסיסיים לומדים בפעילות שפת הסימנים?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מכבדים את השונות וההכלה – השלמות ופעילויות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בפעילות 'כל אחד יכול משהו' כל אחד מספר במה הוא טוב ובמה __________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בסיפור 'הגינה של כולם' כל צמח צריך משהו __________ כדי לפרוח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מכבדים את השונות וההכלה – התאמה בין פעילות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כל אחד יכול משהו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סיפור על צמחים שצריכים דברים שונים כדי לפרוח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הגינה של כולם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סבב אני טוב ב... וקשה לי ב...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סיור נגישות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לומדים סימנים כמו שלום ותודה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שפת הסימנים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בודקים מעלית, רמפה ושלט גדול בבית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זוכרים בכבוד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הזיכרון לשואה ולגבורה מניחים פרח נייר בפינה שקטה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הסיפור שהמורה מספרת בכיתה הוא סיפור על חסד ועזרה לאחר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הזה מדליקים בכיתה נר אמיתי עם להבה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זוכרים בכבוד – מתאימים פעילות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פרח של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סיפור פשוט על עזרה וחברות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סיפור על חסד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מתאימה לגיל הצעיר, בלי פרטים קשים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שיחה קצרה ועדינה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מניחים בפינה שקטה ליד נר חשמלי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זוכרים בכבוד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שהייתם רוצים לכתוב על פרח הזיכרון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6 · קיר הכיתה שלנו וסוגרים שנה – זיהוי ושינון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תולים על קיר ימי ההולדת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חודשי יום הולדת ובלונים לשמות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מבחנים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לוח זמנים של אוטובוסים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ברכות יום הולדת מוכנות מופיעות בארגז הכלים?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קיר הכיתה שלנו וסוגרים שנה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בקיר הכיתה אפשר למצוא גם כרטיסי ברכה וכותרות לקיר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בטקס התעודות בסיום השנה כל תלמיד מקבל תעודה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קיר הכיתה שלנו וסוגרים שנה – השלמות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בפעילות עץ הצמיחה מדביקים עלים ו__________ על עץ כיתתי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בפעילות מזוודה לשנה הבאה הכיתה כותבת __________ לתלמידים שיגיעו בשנה הבאה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להסביר במילים שלי מה זה הכלה ולתת דוגמה מהכיתה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לפרט לפחות שני שלבים בדרך לפיוס אחרי ריב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רכזת חברתית: בונים כיתה מגובשת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