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בונים כיתה מגובשת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אצל התלמידים תחושת שייכות ושיתוף פעולה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וערכים מרכזיים: גיבוש, פיוס, הכלה, זיכרון, כבוד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ועבודה קבוצתית סביב מועדי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הקשבה לאחר ושיתוף מתוך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ומתגבשים – היכרות עם משחקי הגיבוש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לפתור יחד בעיה בלי להשתמש בידיים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שכל אחד הוא חלק חשוב מהשלם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קבוצות קטנות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ומתגבשים – התאמת משחק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(להקשיב ולתאם פעולה בלי לגעת)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(לתכנן ולבנות יחד עם משאבים מוגבלים)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(עבודת צוות, ניסוי וטעייה וחגיגה של 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(להרגיש שכל אחד הוא חלק חשוב מהשלם)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ומתגבשים – חושבים לעומק על הגיבוש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שהמשחק דורש הקשבה ותיאום בלי מגע, מה שבונה אמון ושיתוף פעולה בין התלמידים.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סבלנות, יצירתיות או שיתוף פעולה - תלוי במשחק שנבחר.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בשני המשחקים בונים יחד משהו בקבוצה קטנה מתוך חומרים מוגבלים, ולומדים מניסוי וטעייה.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לתכנן יחד את מבנה הגשר, לחלק חומרים, לבנות ולבדוק אם הוא יציב.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כדי שכולם ירגישו בטוחים ובנוח, ושיתוף הפעולה יתבסס על תקשורת והקשבה.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פותחים שנה: שייכות ומשאלות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מברכת כל תלמיד בשמו ובחיוך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תפוח נייר עם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בינגו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חותמים במעטפה ופותחים בסוף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פותחים שנה: שייכות ומשאלות – השלמה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פותחים שנה: שייכות ומשאלות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(תפוח נייר עם משאלה אחת לשנה)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(ברכה לעצמי שנפתחת בסוף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(איפה אני עכשיו ולאן רוצה להגיע)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(לומדים לומר שלום ותודה בשפות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לומדים לסלוח ולהתפייס – מכירים את דרכי הפיוס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מטרת פעילות יונת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בפעילות, ואז מתרגלים משפטי 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בסולם הסליחה יש ארבעה שלבים: להבין, להודות, לבקש,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מטרת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לומדים לסלוח ולהתפייס – מתרגלים את שלבי הפיוס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(לחשוב מה קרה ולמה זה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(להגיד שטעיתי ולקחת 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(לבקש סליחה מהצד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(לעשות משהו שבאמת מתקן את מה שקרה)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(כתיבה אישית כדי לשחרר רגשות, בלי לשלוח אותו)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לומדים לסלוח ולהתפייס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להצטער זה להגיד מילים כמו סליחה, ולתקן זה לעשות משהו בפועל שמתקן את הטעות, למשל להחזיר חפץ שנלקח או לעזור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לשמור על כבוד ופרטיות, ולאפשר לכולם להשתתף בלי להרגיש נבוכים או מואשמים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לדוגמה, מי ששבר חפץ של חבר יכול לתקן אותו או לקנות חדש, במקום רק להתנצל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פתוחה, יש לקבל נימוק הגיוני, למשל שסליחה היא בחירה אישית ולא חובה אוטומטית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מכבדים את השונות וההכלה – היכרות עם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היום נקרא גם יום ההכלה ועוסק בהכלה, נגישות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לראות את האדם לפני המוגבלות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מכבדים את השונות וההכלה – מה עושים ביום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לראות את האדם לפני המוגבלות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מכבדים את השונות וההכלה – השלמות ופעילויות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מכבדים את השונות וההכלה – התאמה בין פעילות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(סבב אני טוב ב... וקשה לי ב...)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(סיפור על צמחים שצריכים דברים שונים כדי לפרוח)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(בודקים מעלית, רמפה ושלט גדול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(לומדים סימנים כמו שלום ותודה)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זוכרים בכבוד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הפעילויות העדינות המוצעות ליום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מחברים בין הזיכרון לתקווה ולטוב שבאדם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בכיתה מדליקים נר חשמלי מטעמי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לצד זיכרון וערבות הדדית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זוכרים בכבוד – מתאימים פעילות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(מניחים בפינה שקטה ליד נר חשמלי)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(סיפור פשוט על עזרה וחברות)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(מתאימה לגיל הצעיר, בלי פרטים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(רגע של שקט מכבד לזיכרון)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(מסבירים מה יקרה כדי להרגיע)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זוכרים בכבוד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ועדין הקשור לזיכרון או לתקווה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להראות שגם ברגעים קשים יש אנשים שעוזרים, וכך מחברים זיכרון לתקווה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אישית: כבוד, זיכרון, שייכות לקבוצה ששותקת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לכבד את הזיכרון ואת מי שהיום חשוב להם במיוחד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קיר הכיתה שלנו וסוגרים שנה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חודשי יום הולדת ובלונים לשמות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קיר הכיתה שלנו וסוגרים שנה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הקיר כולל תבניות צבעוניות כמו כרטיסי ברכה, כותרות ומשפטי השראה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אחד מקבל תעודה – אף אחד לא נשאר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המכתבים נכתבים בתחילת השנה ונפתחים רק בסופה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קיר הכיתה שלנו וסוגרים שנה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קבלה של השונה והתייחסות לפי יכולת ולא לפי מגבלה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הגיוני כלשהו (להבין, להודות, לבקש, לתקן) גם אם לא מדויק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מחיי הכיתה שמראה הבנה ולא רק 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לאורך השנה – כל פרק בסמוך למועד המתאים בלוח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להקפיד להזכיר בכל פעילות שיתוף שהוא תמיד לפי בחירה,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הניסוח והיקף הכתיבה לפי שכבת הגיל (א׳–ג׳ מול ד׳–ו׳)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או עם צרכים מיוחדים אפשר להוסיף תמיכה חזותית או מילים בשפת האם, כפי שמוצע בכל ערכה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בונים כיתה מגובשת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דפים לתרגול. אפשר לעבוד לבד או עם חברים. אף אחד לא חייב לספר או לשתף אם לא רוצה.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לעבוד ולהרגיש יחד כקבוצה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ההרגשה שיש לי מקום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כל אחד כמו שהוא, גם עם קושי או שוני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שכל אחד יוכל להגיע ולהשתתף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לחברות אחרי ריב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להסכים לוותר על כעס ולהתקדם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האדם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לכל אדם בחשיבות ובכבוד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אחד לשני ולהרגיש אחראים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 כיתתית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שהכיתה בונה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רשות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בוחר אם לספר או להראות, ואף אחד לא חייב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ומתגבשים – היכרות עם משחקי הגיבוש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הכי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לפתור יחד בעיה בלי להשתמש בידיים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יחד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דקות לוקח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משחקים את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בחוץ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 הספורט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המשחק גורם להרגיש?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שכל אחד מיותר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 אחד הוא חלק חשוב מהשלם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שצריך להתחרות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שאסור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ילדים משתתפים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הכיתה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זוגות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קבוצות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ומתגבשים – התאמת משחק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הקשר האנושי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עבודת צוות, ניסוי וטעייה וחגיגה של 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הגשר מנייר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להרגיש שכל אחד הוא חלק חשוב מהשלם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המגדל הגבוה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לתכנן ולבנות יחד עם משאבים מוגבלים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פאזל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להקשיב ולתאם פעולה בלי לגעת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ומתגבשים – חושבים לעומק על הגיבוש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משחק כמו "הקשר האנושי" עוזר לכיתה להתגבש.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משחק אחד (הגשר מנייר או המגדל הגבוה) וכתבו איזו תכונה אישית הוא דורש מהמשתתפים.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דומה בין משחק "המגדל הגבוה" למשחק "הגשר מנייר"?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שלב אחד בתהליך בניית "הגשר מנייר" מההתחלה ועד הסוף.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שבמשחקי הגיבוש האלה אין מגע בין המשתתפים?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פותחים שנה: שייכות ומשאלות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בשלב קבלת הפנים בדלת ביום הראשון, מה המחנכת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מחלקת מבחן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מברכת כל תלמיד בשמו ובחיוך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שולחת את התלמידים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קוראת רשימת כיתה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בפעילות עץ המשאלות הכיתתי (יסודי א-ג), מה כל ילד מכין?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 נייר עם 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ארוך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המשחק שבו מחפשים בכיתה מישהו שאוהב חתולים או נולד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חידון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בינגו היכרות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 תלוי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חדר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כרטיס ברכה לעצמי (יסודי ד-ו)?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זורקים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אותו בקול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חותמים במעטפה ופותחים בסוף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אותו בדואר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פותחים שנה: שייכות ומשאלות – השלמה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במזוודת הסיפורים (יום העלייה, יסודי א-ג), כל ילד מצייר __________ שהיה לוקח איתו למקום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שם ותכונה, כל אחד אומר תכונה טובה שמתחילה באותה __________ כמו השם שלו.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פותחים שנה: שייכות ומשאלות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המשאלות הכיתתי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לומדים לומר שלום ותודה בשפות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ברכה לעצמי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איפה אני עכשיו ולאן רוצה להגיע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מפת דרכים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ברכה לעצמי שנפתחת בסוף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שלום בהרבה שפות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תפוח נייר עם משאלה אחת לשנה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לומדים לסלוח ולהתפייס – מכירים את דרכי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ביונת השלום כל ילד כותב או מצייר דרך אחת להשלים עם 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בתיבת 'בואו נשלים' מקריאים סיפור קצר על שני חברים שרבו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בסולם הסליחה יש רק שני שלבים: לבקש ולסלוח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'תיקון במקום עונש' מציעים דרך לתקן מצב במקום להעניש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לומדים לסלוח ולהתפייס – מתרגלים את שלבי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להבין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לבקש סליחה מהצד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כתיבה אישית כדי לשחרר רגשות, בלי לשלוח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לבקש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לעשות משהו שבאמת מתקן את מה שקרה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לתקן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לחשוב מה קרה ולמה זה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פיוס שלא נשלח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להגיד שטעיתי ולקחת אחריות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לומדים לסלוח ולהתפייס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'להצטער' לבין 'לתקן'? כתבו דוגמה מהכיתה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שבמעגל 'אני מצטער/ת ש...' לא אומרים שמות?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כיתתי שבו אפשר להשתמש בשלב 'לתקן' מסולם הסליחה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לדעתכם תמיד צריך לסלוח?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מכבדים את השונות וההכלה – היכרות עם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הבינלאומי לאנשים עם מוגבלות עוסק בהכלה ובכבוד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היום היא להתמקד רק במוגבלות של האדם ולא לראות אותו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מכבדים את השונות וההכלה – מה עושים ביום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מנסים ללמוד ביום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מי הכי מהיר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לראות את האדם לפני המוגבלות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ציונים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נציג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סימנים לומדים?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מכבדים את השונות וההכלה – השלמות ופעילויות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'כל אחד יכול משהו' כל אחד מספר במה הוא טוב ובמה __________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'הגינה של כולם' כל צמח צריך משהו __________ כדי לפרוח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מכבדים את השונות וההכלה – התאמה בין פעילות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 אחד יכול משהו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לומדים סימנים כמו שלום ותודה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הגינה של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בודקים מעלית, רמפה ושלט גדול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סיור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על צמחים שצריכים דברים שונים כדי לפרוח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שפת הסימנים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סבב אני טוב ב... וקשה לי ב...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זוכרים בכבוד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הזיכרון לשואה ולגבורה מניחים פרח נייר בפינה שקטה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שהמורה מספרת בכיתה הוא סיפור על חסד ועזרה לאחר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הזה מדליקים בכיתה נר אמיתי עם להבה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הערכים המרכזיים של היום הוא כבוד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זוכרים בכבוד – מתאימים פעילות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פרח של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מתאימה לגיל הצעיר, בלי פרטים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על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מסבירים מה יקרה כדי להרגיע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שיחה קצרה ועדינה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מניחים בפינה שקטה ליד נר חשמלי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עמידה בצפירה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פשוט על עזרה וחברות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הכנה מראש לצפירה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רגע של שקט מכבד לזיכרון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זוכרים בכבוד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שהייתם רוצים לכתוב על פרח הזיכרון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מספרים דווקא סיפור על חסד ביום הזיכרון?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לדעתכם מרגישים כשעומדים יחד בשקט בזמן הצפירה? כתבו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חשוב לנהוג בכבוד ובשקט ביום הזה? הסבירו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קיר הכיתה שלנו וסוגרים שנה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שייך לקיר ימי ההולדת?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חודשי יום הולדת ובלונים לשמות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מבחנים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זמנים של אוטובוסים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ברכות יום הולדת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קיר הכיתה שלנו וסוגרים שנה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בקיר הכיתה אפשר למצוא גם כרטיסי ברכה וכותרות לקיר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התעודות בסיום השנה כל תלמיד מקבל תעודה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מכתבים לעצמי נכתבים בסוף השנה ונקראים באותו 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קיר הכיתה שלנו וסוגרים שנה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עץ הצמיחה מדביקים עלים ו__________ על עץ כיתתי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מזוודה לשנה הבאה הכיתה כותבת __________ לתלמידים שיגיעו בשנה הבאה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במילים שלי מה זה הכלה ולתת דוגמה מהכיתה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לפרט לפחות שני שלבים בדרך לפיוס אחרי ריב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מרגיש/ה שאני יודע/ת לכבד תלמיד שונה ממני ולהציע לו עזרה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רכזת חברתית: בונים כיתה מגובשת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